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כל יום – משימה יומית 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כותבים כל יום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שגרה קצרה וקבועה של כתיבה יומית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להרחיב משפט פשוט בעזרת פרטי מידע נוספים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ולהשתמש בכלים לכתיבה עצמאית - התחלות משפט, מחסן מילים ולוח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לחוות הצלחה קטנה בכתיבה ולעקוב אחרי ההתקדמות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אומרים ואז כותבים – מכירים את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בנויה השגרה: קודם אומרים ואז 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אומרים את המשפט בעל פה לבן או לבת זוג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שלב 'אומרים' נמשך רק דקה-שתיים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אומרים ואז כותבים – תרגול בעל פה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לבן או לבת זוג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3-5 דקות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אומרים ואז כותבים – כותבים בעצמנו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פשוט אחד שמתאר אירוע מההפסקה, למשל: שיחקתי כדור עם חברים בהפסקה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פשוט עם נושא ופועל, למשל: אכלתי לחם עם גבינה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התחלות משפט ומחסן מילים – היכרות עם הכלים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בדיוק התפקיד של התחלות המשפט – לעזור להתחיל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מחסן המילים נועד לעזור לתלמידים ולתלמידות לכתוב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שלב ההרחבה שבא אחרי הכתיבה הראשונה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התחלות משפט ומחסן מילים – משלימים משפט מהתחלה נתונה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הלכתי לבית הספר עם אחי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שיחקתי עם חברים בהפסקה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התחלות משפט ומחסן מילים – מתאימים וממשיכים 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(ראיתי כלב קטן ברחוב)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(לשחק כדורגל עם חברים)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(יש הרבה ילדים שמחים)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התחלות משפט ומחסן מילים – כותבים ומרחיבים 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מרחיבים משפט (סולם ההרחבה) – מכירים את הסולם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מרחיבים משפט (סולם ההרחבה) – מוסיפים פרט למשפט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בספרייה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מרחיבים משפט (סולם ההרחבה) – תרגול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לוח בחירה לטקסט – מכירים את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בלוח יש שלושה כרטיסים ובוחרים מהם אחד לכתיבה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בלוח 3 על 3 כל המשבצות עוסקות באותו נושא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לוח בחירה לטקסט – בוחרים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לכתוב כמה משפטים על אותו נושא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לוח בחירה לטקסט – משלימים ומתאימים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לוח בחירה לטקסט – מתאימים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(בוחרים משימת כתיבה אחת מתוך שלוש)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(בוחרים שתי משימות כתיבה מתוך שלוש)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(תשע משבצות כתיבה על אותו נושא)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(משימות ברמות קושי שונות לבחירה)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משתפים, חוגגים ועוקבים אחרי ההצלחות – מה זוכרים?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2–3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 דקות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משתפים, חוגגים ועוקבים אחרי ההצלחות – נכון או לא נכון ומשלימים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רק מי שרוצה קורא בקול, לא חובה על 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הסדר הוא: אומרים, כותבים, מרחיבים, משתפים, חוגגים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משתפים, חוגגים ועוקבים אחרי ההצלחות – משלימים וממיינים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2–3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משתפים, חוגגים ועוקבים אחרי ההצלחות – מתאימים ומסדרים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(אומרים את המשפט בעל פה לבן או בת זוג)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(כותבים משפט אחד או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(מוסיפים פרט אחד למשפט)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(2–3 תלמידים קוראים בקול)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מסכמות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אומרים אותו בעל פה לבן או בת זוג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3–5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התחלת משפט או מילה מהמחסן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להוסיף פרט כמו איפה, מתי או איך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המורה בודקת שהתלמיד או התלמידה אמרו משפט ברור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המורה בודקת שבמשפט הסופי יש לפחות פרט הרחבה אחד שלא היה במשפט המקורי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המורה בודקת שהסימון במעקב ההצלחות נעשה בכנות ומשקף את מה שבאמת נכתב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כמה שיעורים קצרים לפי חמשת הצעדים, דף אחד או חלק מדף בכל פעם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או חנ״מ כדאי להתחיל תמיד מהתחלת משפט ומחסן מילים, ולעבור בהדרגה לכתיבה עצמאית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לדלג ישר לדף הרחבת המשפט או ללוח הבחירה המאתגר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לשמור רצף קבוע של זמן ושל סדר הצעדים, כדי שהשגרה עצמה תיצור תחושת ביטחון והצלחה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כל יום – משימה יומית קצרה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כותבים כל יום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בכל דף בחוברת עובדים לפי אותם חמישה צעדים: קודם אומרים את המשפט בעל פה, אחר כך כותבים אותו, ואז מוסיפים פרט אחד שמרחיב אותו. אפשר לעבוד לבד, בזוג או בקבוצה קטנה, ובסוף לסמן בעצמכם מה הצלחתם לעשות.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שניים  ·  שיחקתי עם חברים בהפסקה  ·  כתבתי  ·  2–3  ·  בספרייה  ·  הלכתי לבית הספר עם אחי  ·  אחד  ·  בלילה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אומרים ואז כותבים – מכירים את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בשגרה היומית קודם אומרים את המשפט בעל פה ואחר כך כותבים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בשלב 'אומרים' כל תלמיד אומר את המשפט לעצמו בשקט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שלב 'אומרים' נמשך כעשר דקות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אומרים ואז כותבים – תרגול בעל פה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למי אומרים את המשפט בשלב הראשון של השגרה?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למורה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לבן או לבת זוג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לכל הכיתה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זמן בערך מוקדש לכתיבת המשפט עצמו?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דקה-שתיים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3-5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חצי שעה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אומרים ואז כותבים – כותבים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אמרו לבן או לבת זוג משפט אחד על משהו שקרה לכם היום בהפסקה, ואז כתבו אותו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משפט אחד על דבר שאכלתם הבוקר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התחלות משפט ומחסן מילים – היכרות עם הכלים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כשקשה להתחיל לכתוב משפט, אפשר לקחת התחלת משפט מהמחסן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מחסן המילים מיועד רק למורים ולא לתלמידים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אחרי שכותבים משפט אפשר להוסיף פרט אחד כמו איפה או מתי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התחלות משפט ומחסן מילים – משלימים משפט מהתחלה נתונה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אתמול אני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הכי אהבתי כש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התחלות משפט ומחסן מילים – מתאימים וממשיכים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פעם אחת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לשחק כדורגל עם חברים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אני אוהב או אוהבת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יש הרבה ילדים שמחים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בכיתה שלנו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ראיתי כלב קטן ברחוב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התחלות משפט ומחסן מילים – כותבים ומרחיבים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מרחיבים משפט (סולם ההרחבה) – מכירים את הסולם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במילה 'איפה' בסולם ההרחבה שואלים על...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במילה 'מתי' בסולם ההרחבה שואלים על...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רגש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מרחיבים משפט (סולם ההרחבה) – מוסיפים פרט למשפט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הילדה קראה ספר __________ (איפה)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הכלב נבח __________ (מתי)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מרחיבים משפט (סולם ההרחבה) – תרגול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לוח בחירה לטקסט – מכירים את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בלוח הבחירה בוחרים כרטיס אחד מתוך שלושה כרטיסים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בלוח 3 על 3 כותבים תשעה משפטים בנושאים שונים לגמרי זה מזה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לוח בחירה לטקסט – בוחרים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כרטיסים יש בלוח הבחירה לטקסט?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אפשר לעשות עם לוח 3 על 3?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לכתוב כמה משפטים על אותו 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לצייר ציור בלי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לשחק משחק קופסה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לוח בחירה לטקסט – משלימים ומתאימים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בלוח הבחירה בוחרים כרטיס __________ מתוך שלושה כרטיסים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בלוח הבחירה אפשר לבחור גם __________ מתוך שלושה כרטיסים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לוח בחירה לטקסט – מתאימים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כרטיס אחד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תשע משבצות כתיבה על אותו נושא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2 מתוך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משימות ברמות קושי שונות לבחירה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לוח 3 על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בוחרים שתי משימות כתיבה מתוך שלוש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שלבים בלוח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בוחרים משימת כתיבה אחת מתוך שלוש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משתפים, חוגגים ועוקבים אחרי ההצלחות – מה זוכרים?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תלמידים קוראים את המשפט שלהם בקול בשלב 'משתפים'?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2–3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כל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זמן מוקדש לשלב 'משתפים' לפי לוח הזמנים?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 דקה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5 דקות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משתפים, חוגגים ועוקבים אחרי ההצלחות – נכון או לא נכון ומשלימים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בשלב 'משתפים' כל תלמיד ותלמידה חייבים לקרוא בקול.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שלב 'חוגגים' מגיע אחרי שלב 'משתפים'.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משתפים, חוגגים ועוקבים אחרי ההצלחות – משלימים וממיינים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בשלב 'חוגגים' מסמנים '__________!' במעקב ההצלחות.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בשלב 'משתפים' __________ תלמידים קוראים בקול את מה שכתבו.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משתפים, חוגגים ועוקבים אחרי ההצלחות – מתאימים ומסדרים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אומרים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כותבים משפט אחד או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כותבים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מוסיפים פרט אחד למשפט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מרחיבים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2–3 תלמידים קוראים בקול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משתפים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אומרים את המשפט בעל פה לבן או בת זוג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חזרה מסכמת – שאלות מסכמות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עושים לפני שכותבים את המשפט?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אומרים אותו בעל פה לבן או בת זוג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מוחקים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דקות מוקצות לשלב הכתיבה עצמה?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דקה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3–5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חצי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שצריך עזרה בשלב הכתיבה, מה אפשר לקחת?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התחלת משפט או מילה מהמחסן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ספר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מילון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4. מה המטרה של שלב ההרחבה?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למחוק את המשפט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להוסיף פרט כמו איפה, מתי או איך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לכתוב דף שלם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הצלחתי לומר את המשפט שלי בעל פה לפני שכתבתי אותו?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הוספתי למשפט שלי לפחות פרט אחד - איפה, מתי, איך, למה או מה הרגשתי?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כותבים כל יום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