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כל יום – משימה יומית קצרה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כותבים כל יום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שגרה קצרה וקבועה של כתיבה יומית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להרחיב משפט פשוט בעזרת פרטי מידע נוספים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ולהשתמש בכלים לכתיבה עצמאית - התחלות משפט, מחסן מילים ולוח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לחוות הצלחה קטנה בכתיבה ולעקוב אחרי ההתקדמות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אומרים ואז כותבים – מכירים את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בנויה השגרה: קודם אומרים ואז 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אומרים את המשפט בעל פה לבן או לבת זוג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שלב 'אומרים' נמשך רק דקה-שתיים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בדיוק המטרה של התחלות המשפט ומחסן המילים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אומרים ואז כותבים – תרגול בעל פה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לבן או לבת זוג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3-5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לקחת התחלת משפט או מילה מהמחסן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אומרים ואז כותבים – כותבים בעצמנו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פשוט אחד שמתאר אירוע מההפסקה, למשל: שיחקתי כדור עם חברים בהפסקה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פשוט עם נושא ופועל, למשל: אכלתי לחם עם גבינה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משפט מורחב עם פרט נוסף, למשל: הכלב שלי ישן על המיטה בלילה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משפט עם תיאור רגש, למשל: יצאנו לטיול ושמחתי מאוד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שני משפטים הקשורים לאותו נושא, אחד קצר ואחד עם פרטים נוספים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אומרים, כותבים, מרחיבים, משתפים, חוגגים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התחלות משפט ומחסן מילים – היכרות עם הכלים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בדיוק התפקיד של התחלות המשפט – לעזור להתחיל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מחסן המילים נועד לעזור לתלמידים ולתלמידות לכתוב 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שלב ההרחבה שבא אחרי הכתיבה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אפשר להתחיל ממשפט קצר ופשוט ואז להרחיב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התחלות משפט ומחסן מילים – משלימים משפט מהתחלה נתונה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הלכתי לבית הספר עם אחי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שיחקתי עם חברים בהפסקה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שמעתי רעש מוזר בחוץ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ביקרנו אצל סבתא וסבא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ראיתי שהכלב שלי מחכה לי בדלת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התחלות משפט ומחסן מילים – מתאימים וממשיכים 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(ראיתי כלב קטן ברחוב)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(לשחק כדורגל עם חברים)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(יש הרבה ילדים שמחים)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(נסענו לים עם כל המשפחה)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(אני אוכל ארוחת בוקר לפני בית הספר)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התחלות משפט ומחסן מילים – כותבים ומרחיבים 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שלם עם התחלה נתונה ובו פרט מרחיב אחד לפחות (מקום, זמן, אופן או רגש)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מרחיבים משפט (סולם ההרחבה) – מכירים את הסולם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סיבה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מרחיבים משפט (סולם ההרחבה) – מוסיפים פרט למשפט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בספרייה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 איבדה את הכדור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כי הוא היה שמח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מרחיבים משפט (סולם ההרחבה) – תרגול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בסיסי + פרט מקום, למשל: הילד שיחק בחצר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הכלב רץ בפארק בבוקר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משפט הכולל מקום, זמן ודרך, למשל: אתמול בערב רצתי מהר בחוף הים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לוח בחירה לטקסט – מכירים את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בלוח יש שלושה כרטיסים ובוחרים מהם אחד לכתיבה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בלוח 3 על 3 כל המשבצות עוסקות באותו 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אפשרות של 2 מתוך 3, לא רק כרטיס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לוח בחירה לטקסט – בוחרים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לכתוב כמה משפטים על אותו נושא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לוח בחירה לטקסט – משלימים ומתאימים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לוח בחירה לטקסט – מתאימים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(בוחרים משימת כתיבה אחת מתוך שלוש)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(בוחרים שתי משימות כתיבה מתוך שלוש)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(תשע משבצות כתיבה על אותו נושא)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(משימות ברמות קושי שונות לבחירה)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משתפים, חוגגים ועוקבים אחרי ההצלחות – מה זוכרים?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2–3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2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מסמנים 'כתבתי' במעקב ההצלחות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משתפים, חוגגים ועוקבים אחרי ההצלחות – נכון או לא נכון ומשלימים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רק מי שרוצה קורא בקול, לא חובה על כולם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הסדר הוא: אומרים, כותבים, מרחיבים, משתפים, חוגגים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המעקב כולל רצף ימים ומחברת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משתפים, חוגגים ועוקבים אחרי ההצלחות – משלימים וממיינים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2–3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משתפים, חוגגים ועוקבים אחרי ההצלחות – מתאימים ומסדרים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(אומרים את המשפט בעל פה לבן או בת זוג)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(כותבים משפט אחד או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(מוסיפים פרט אחד למשפט)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(2–3 תלמידים קוראים בקול)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(מסמנים 'כתבתי' במעקב ההצלחות)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שאלות מסכמות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אומרים אותו בעל פה לבן או בת זוג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3–5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התחלת משפט או מילה מהמחסן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להוסיף פרט כמו איפה, מתי או איך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2–3 תלמידים קוראים בקול מי שרוצה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כתבתי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12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א – משפט עשיר יותר עם פרטים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המורה בודקת שהתלמיד או התלמידה אמרו משפט ברור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המורה בודקת שבמשפט הסופי יש לפחות פרט הרחבה אחד שלא היה במשפט המקורי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המורה בודקת שהסימון במעקב ההצלחות נעשה בכנות ומשקף את מה שבאמת נכתב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כמה שיעורים קצרים לפי חמשת הצעדים, דף אחד או חלק מדף בכל פעם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או חנ״מ כדאי להתחיל תמיד מהתחלת משפט ומחסן מילים, ולעבור בהדרגה לכתיבה עצמאית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לדלג ישר לדף הרחבת המשפט או ללוח הבחירה המאתגר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לשמור רצף קבוע של זמן ושל סדר הצעדים, כדי שהשגרה עצמה תיצור תחושת ביטחון והצלחה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כל יום – משימה יומית קצרה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כותבים כל יום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בכל דף קודם אומרים את המשפט בפה. אחר כך כותבים אותו. אחר כך מוסיפים מילה אחת או פרט אחד. בסוף מסמנים וי - הצלחתי!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מילים שלמה שיש בה משמעות, למשל: הכלב רץ בחצר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מחסן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רשימת מילים שאפשר לקחת מהן כדי לעזור לכתוב משפט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התחלת משפט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מילים ראשונות שנותנים כדי לעזור להמשיך לכתוב לבד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הרחבת משפט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הוספת פרט אחד למשפט - איפה, מתי, איך, למה או מה הרגישו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לוח בחירה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 עם כמה כרטיסים או משימות שבוחרים מהם מה לכתוב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מעקב הצלחות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שבו מסמנים כל יום שבו כתבתי 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רצף ימים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ימים רצופים שבהם כתבתי בלי לפספס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שיתוף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קריאת המשפט שכתבתי בקול לפני הכיתה או לפני חבר וחברה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דיפרנציאציה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התאמת המשימה לרמה של כל ילד וילדה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שגרה יומית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פעולה קבועה שחוזרת כל יום באותה צורה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אומרים ואז כותבים – מכירים את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בשגרה היומית קודם אומרים את המשפט בעל פה ואחר כך כותבים אותו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'אומרים' כל תלמיד אומר את המשפט לעצמו בשקט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'אומרים' נמשך כעשר דקות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שמתקשה להתחיל לכתוב יכול לקחת התחלת משפט או מילה מהמחסן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אומרים ואז כותבים – תרגול בעל פה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עם מי מדברים לפני שכותבים?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למורה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לבן או לבת זוג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לכל הכיתה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זמן כותבים את המשפט?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דקה-שתיים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3-5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חצי 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שעה שלמה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כשלא יודעים איך להתחיל?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לחכות בשקט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לקחת התחלת משפט או מילה מהמחסן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להפסיק את המשימה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להעתיק מחבר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אומרים ואז כותבים – כותבים בעצמנו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אמרו לבן או לבת זוג משפט אחד על משהו שקרה לכם היום בהפסקה, ואז כתבו אותו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על דבר שאכלתם הבוקר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פשוט על בעל חיים שאתם אוהבים, ואחר כך הוסיפו פרט אחד - איפה, מתי, איך או 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משפט על חוויה טובה שהייתה לכם השבוע, והוסיפו איך הרגשתם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בחרו מצב כתיבה אחד (למשל יום הולדת, משחק, טיול) וכתבו עליו שני משפטים - אחד פשוט ואחד מורחב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סדרו בכתיבה חופשית את חמשת שלבי השגרה היומית לפי הסדר הנכון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התחלות משפט ומחסן מילים – היכרות עם הכלים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כשקשה להתחיל לכתוב משפט, אפשר לקחת התחלת משפט מהמחסן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מחסן המילים מיועד רק למורים ולא לתלמידים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שכותבים משפט אפשר להוסיף פרט אחד כמו איפה או מתי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ראשון חייב להיות ארוך ומסובך כדי שיהיה טוב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התחלות משפט ומחסן מילים – משלימים משפט מהתחלה נתונה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אתמול אני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הכי אהבתי כש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פתאום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בסוף השבוע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כשחזרתי הביתה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התחלות משפט ומחסן מילים – מתאימים וממשיכים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פעם אחת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לשחק כדורגל עם חברים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אני אוהב או אוהבת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ראיתי כלב קטן ברחוב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בכיתה שלנו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נסענו לים עם כל המשפחה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בחופש הגדול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אני אוכל ארוחת בוקר לפני בית הספר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כל בוקר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יש הרבה ילדים שמחים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התחלות משפט ומחסן מילים – כותבים ומרחיבים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התחלת משפט אחת מהתרגיל הקודם, השלימו אותה למשפט שלם, ואז הוסיפו פרט אחד: איפה, מתי, איך או מה הרגשתם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מרחיבים משפט (סולם ההרחבה) – מכירים את הסולם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'איפה' שואלת על...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'מתי' שואלת על...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'למה' שואלת על...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דרך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מרחיבים משפט (סולם ההרחבה) – מוסיפים פרט למשפט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הילדה קראה ספר __________ (איפה)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הכלב נבח __________ (מתי)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הוא רץ __________ (איך)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היא בכתה __________ (למה)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הילד חייך __________ (מה הרגיש)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מרחיבים משפט (סולם ההרחבה) – תרגול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קצר, ואז הרחיבו אותו בעזרת 'איפה'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קחו את המשפט 'הכלב רץ' והוסיפו שני פרטים (איפה ומתי) כדי ליצור משפט עשיר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עשיר משלכם שכולל לפחות שלושה פרטים מהסולם (איפה, מתי, איך)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לוח בחירה לטקסט – מכירים את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בלוח הבחירה בוחרים כרטיס אחד מתוך שלושה כרטיסים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בלוח 3 על 3 כותבים תשעה משפטים בנושאים שונים לגמרי זה מזה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שתיים מתוך שלוש משימות בלוח הבחירה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לוח בחירה לטקסט – בוחרים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כרטיסים יש בלוח?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עם לוח 3 על 3?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כמה משפטים על אותו 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לצייר ציור בלי 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לשחק משחק קופסה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לקרוא סיפור ארוך בקול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לוח בחירה לטקסט – משלימים ומתאימים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בלוח הבחירה בוחרים כרטיס __________ מתוך שלושה כרטיסים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בלוח הבחירה אפשר לבחור גם __________ מתוך שלושה כרטיסים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הלוח 3 על 3 בנוי לפי __________ של קושי, כך שכל תלמיד בוחר משבצת מתאימה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לוח בחירה לטקסט – מתאימים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כרטיס אחד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תשע משבצות כתיבה על אותו נושא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2 מתוך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משימות ברמות קושי שונות לבחירה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לוח 3 על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בוחרים משימת כתיבה אחת מתוך שלוש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שלבים בלוח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בוחרים שתי משימות כתיבה מתוך שלוש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משתפים, חוגגים ועוקבים אחרי ההצלחות – מה זוכרים?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ילדים קוראים בקול?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2–3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דקות משתפים?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 דקה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בסוף?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כותבים משפט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מסמנים 'כתבתי' במעקב ההצלחות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מוחקים את המשפט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קוראים לבד בשקט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משתפים, חוגגים ועוקבים אחרי ההצלחות – נכון או לא נכון ומשלימים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'משתפים' כל תלמיד ותלמידה חייבים לקרוא בקול.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'חוגגים' מגיע אחרי שלב 'משתפים'.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מעקב ההצלחות עוזר לראות רצף של ימי כתיבה.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משתפים, חוגגים ועוקבים אחרי ההצלחות – משלימים וממיינים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בשלב 'חוגגים' מסמנים '__________!' במעקב ההצלחות.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בשלב 'משתפים' __________ תלמידים קוראים בקול את מה שכתבו.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משתפים, חוגגים ועוקבים אחרי ההצלחות – מתאימים ומסדרים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אומרים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כותבים משפט אחד או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כותבים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אומרים את המשפט בעל פה לבן או בת זוג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מרחיבים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מסמנים 'כתבתי' במעקב ההצלחות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משתפים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מוסיפים פרט אחד למשפט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חוגגים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2–3 תלמידים קוראים בקול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שאלות מסכמות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קודם, לפני הכתיבה?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אומרים אותו בעל פה לבן או בת זוג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מוחקים הכל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מציירים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דקות מוקצות לשלב הכתיבה עצמה?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דקה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3–5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חצי 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שעה שלמה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שצריך עזרה בשלב הכתיבה, מה אפשר לקחת?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התחלת משפט או מילה מהמחסן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 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מילון באנגלית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כלום, אסור לעזור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המטרה של שלב ההרחבה?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למחוק את המשפט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להוסיף פרט כמו איפה, מתי או איך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דף 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לשכוח את המשפט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בשלב השיתוף?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2–3 תלמידים קוראים בקול מי שרוצה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כולם צועקים ביחד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שותקים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מוחקים את המשפטים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מסמנים בסוף במעקב ההצלחות?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ציון מספרי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כתבתי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תאריך לידה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בלוח הבחירה לטקסט, כמה כרטיסים יש בסך הכל?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סולם הרחבת המשפט מתחיל ממשפט פשוט כמו הכלב רץ ומוביל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עשיר יותר עם פרטים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אותו משפט בדיוק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ציור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הצלחתי לומר את המשפט שלי בעל פה לפני שכתבתי אותו?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הוספתי למשפט שלי לפחות פרט אחד - איפה, מתי, איך, למה או מה הרגשתי?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סימנתי 'כתבתי!' במעקב ההצלחות שלי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כותבים כל יום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